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328"/>
        <w:gridCol w:w="5328"/>
      </w:tblGrid>
      <w:tr w:rsidR="00A5422A" w14:paraId="1CBEFBC7" w14:textId="77777777">
        <w:trPr>
          <w:jc w:val="center"/>
        </w:trPr>
        <w:tc>
          <w:tcPr>
            <w:tcW w:w="5328"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5250C928" w14:textId="77777777" w:rsidR="00A5422A" w:rsidRDefault="00B3390F">
            <w:pPr>
              <w:jc w:val="center"/>
            </w:pPr>
            <w:r>
              <w:rPr>
                <w:noProof/>
              </w:rPr>
              <w:drawing>
                <wp:inline distT="0" distB="0" distL="0" distR="0" wp14:anchorId="3BBECEC2" wp14:editId="220EB5CE">
                  <wp:extent cx="123444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d9cd10ab-a9d7-42e9-9445-415102fa2bef.png"/>
                          <pic:cNvPicPr/>
                        </pic:nvPicPr>
                        <pic:blipFill>
                          <a:blip r:embed="rId8"/>
                          <a:stretch>
                            <a:fillRect/>
                          </a:stretch>
                        </pic:blipFill>
                        <pic:spPr>
                          <a:xfrm>
                            <a:off x="0" y="0"/>
                            <a:ext cx="1234440" cy="1028700"/>
                          </a:xfrm>
                          <a:prstGeom prst="rect">
                            <a:avLst/>
                          </a:prstGeom>
                        </pic:spPr>
                      </pic:pic>
                    </a:graphicData>
                  </a:graphic>
                </wp:inline>
              </w:drawing>
            </w:r>
          </w:p>
        </w:tc>
        <w:tc>
          <w:tcPr>
            <w:tcW w:w="5328"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0041D415" w14:textId="77777777" w:rsidR="00A5422A" w:rsidRDefault="00B3390F">
            <w:pPr>
              <w:pStyle w:val="Title"/>
            </w:pPr>
            <w:r>
              <w:t>Parent Learning Profile</w:t>
            </w:r>
          </w:p>
          <w:p w14:paraId="7871E738" w14:textId="77777777" w:rsidR="00A5422A" w:rsidRDefault="00B3390F">
            <w:pPr>
              <w:spacing w:after="20"/>
            </w:pPr>
            <w:r>
              <w:rPr>
                <w:b/>
                <w:color w:val="0B2A5B"/>
              </w:rPr>
              <w:t>THE LEARNING PACK   |   Primary School Tutoring with Ryan</w:t>
            </w:r>
          </w:p>
          <w:p w14:paraId="44C03506" w14:textId="77777777" w:rsidR="00A5422A" w:rsidRDefault="00B3390F">
            <w:r>
              <w:rPr>
                <w:i/>
                <w:color w:val="5A6773"/>
                <w:sz w:val="17"/>
              </w:rPr>
              <w:t>Tell us what your child needs so each lesson can start from the right place.</w:t>
            </w:r>
          </w:p>
        </w:tc>
      </w:tr>
    </w:tbl>
    <w:p w14:paraId="65CDB78A" w14:textId="77777777" w:rsidR="00A5422A" w:rsidRDefault="00A5422A">
      <w:pPr>
        <w:spacing w:after="0" w:line="40" w:lineRule="exact"/>
      </w:pPr>
    </w:p>
    <w:p w14:paraId="20071675" w14:textId="77777777" w:rsidR="00A5422A" w:rsidRDefault="00B3390F">
      <w:pPr>
        <w:spacing w:after="80"/>
      </w:pPr>
      <w:r>
        <w:t>Please complete this form before the first lesson. Your answers will help Ryan plan supportive, enjoyable and purposeful tuition for your child.</w:t>
      </w:r>
    </w:p>
    <w:tbl>
      <w:tblPr>
        <w:tblW w:w="0" w:type="auto"/>
        <w:jc w:val="center"/>
        <w:tblLayout w:type="fixed"/>
        <w:tblLook w:val="04A0" w:firstRow="1" w:lastRow="0" w:firstColumn="1" w:lastColumn="0" w:noHBand="0" w:noVBand="1"/>
      </w:tblPr>
      <w:tblGrid>
        <w:gridCol w:w="10656"/>
      </w:tblGrid>
      <w:tr w:rsidR="00A5422A" w14:paraId="3CD242F3" w14:textId="77777777">
        <w:trPr>
          <w:jc w:val="center"/>
        </w:trPr>
        <w:tc>
          <w:tcPr>
            <w:tcW w:w="10656" w:type="dxa"/>
            <w:tcBorders>
              <w:top w:val="single" w:sz="8" w:space="0" w:color="0B2A5B"/>
              <w:left w:val="single" w:sz="8" w:space="0" w:color="0B2A5B"/>
              <w:bottom w:val="single" w:sz="8" w:space="0" w:color="0B2A5B"/>
              <w:right w:val="single" w:sz="8" w:space="0" w:color="0B2A5B"/>
            </w:tcBorders>
            <w:shd w:val="clear" w:color="auto" w:fill="DDF3FF"/>
            <w:tcMar>
              <w:top w:w="65" w:type="dxa"/>
              <w:left w:w="120" w:type="dxa"/>
              <w:bottom w:w="65" w:type="dxa"/>
              <w:right w:w="120" w:type="dxa"/>
            </w:tcMar>
          </w:tcPr>
          <w:p w14:paraId="4AF53A81" w14:textId="77777777" w:rsidR="00A5422A" w:rsidRDefault="00B3390F">
            <w:pPr>
              <w:pStyle w:val="Heading1"/>
            </w:pPr>
            <w:r>
              <w:t>About your child</w:t>
            </w:r>
          </w:p>
        </w:tc>
      </w:tr>
    </w:tbl>
    <w:p w14:paraId="695F472E"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5328"/>
        <w:gridCol w:w="5328"/>
      </w:tblGrid>
      <w:tr w:rsidR="00A5422A" w14:paraId="6AE2FE67" w14:textId="77777777">
        <w:trPr>
          <w:cantSplit/>
          <w:jc w:val="center"/>
        </w:trPr>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073AA6ED" w14:textId="77777777" w:rsidR="00A5422A" w:rsidRDefault="00B3390F">
            <w:pPr>
              <w:spacing w:after="0"/>
            </w:pPr>
            <w:r>
              <w:rPr>
                <w:b/>
                <w:color w:val="0B2A5B"/>
                <w:sz w:val="17"/>
              </w:rPr>
              <w:t>Child's full name</w:t>
            </w:r>
          </w:p>
          <w:p w14:paraId="70228532" w14:textId="77777777" w:rsidR="00A5422A" w:rsidRDefault="00B3390F">
            <w:pPr>
              <w:spacing w:after="0" w:line="160" w:lineRule="exact"/>
            </w:pPr>
            <w:r>
              <w:rPr>
                <w:color w:val="A9B5C0"/>
                <w:sz w:val="14"/>
              </w:rPr>
              <w:t>________________________________________________________________________________</w:t>
            </w:r>
          </w:p>
        </w:tc>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775CCAB8" w14:textId="77777777" w:rsidR="00A5422A" w:rsidRDefault="00B3390F">
            <w:pPr>
              <w:spacing w:after="0"/>
            </w:pPr>
            <w:r>
              <w:rPr>
                <w:b/>
                <w:color w:val="0B2A5B"/>
                <w:sz w:val="17"/>
              </w:rPr>
              <w:t>Preferred name</w:t>
            </w:r>
          </w:p>
          <w:p w14:paraId="3DD9E2EA" w14:textId="77777777" w:rsidR="00A5422A" w:rsidRDefault="00B3390F">
            <w:pPr>
              <w:spacing w:after="0" w:line="160" w:lineRule="exact"/>
            </w:pPr>
            <w:r>
              <w:rPr>
                <w:color w:val="A9B5C0"/>
                <w:sz w:val="14"/>
              </w:rPr>
              <w:t>________________________________________________________________________________</w:t>
            </w:r>
          </w:p>
        </w:tc>
      </w:tr>
      <w:tr w:rsidR="00A5422A" w14:paraId="1B3A53F3" w14:textId="77777777">
        <w:trPr>
          <w:cantSplit/>
          <w:jc w:val="center"/>
        </w:trPr>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214695A1" w14:textId="77777777" w:rsidR="00A5422A" w:rsidRDefault="00B3390F">
            <w:pPr>
              <w:spacing w:after="0"/>
            </w:pPr>
            <w:r>
              <w:rPr>
                <w:b/>
                <w:color w:val="0B2A5B"/>
                <w:sz w:val="17"/>
              </w:rPr>
              <w:t>Date of birth</w:t>
            </w:r>
          </w:p>
          <w:p w14:paraId="2BE6FDA8" w14:textId="77777777" w:rsidR="00A5422A" w:rsidRDefault="00B3390F">
            <w:pPr>
              <w:spacing w:after="0" w:line="160" w:lineRule="exact"/>
            </w:pPr>
            <w:r>
              <w:rPr>
                <w:color w:val="A9B5C0"/>
                <w:sz w:val="14"/>
              </w:rPr>
              <w:t>________________________________________________________________________________</w:t>
            </w:r>
          </w:p>
        </w:tc>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579DEA66" w14:textId="77777777" w:rsidR="00A5422A" w:rsidRDefault="00B3390F">
            <w:pPr>
              <w:spacing w:after="0"/>
            </w:pPr>
            <w:r>
              <w:rPr>
                <w:b/>
                <w:color w:val="0B2A5B"/>
                <w:sz w:val="17"/>
              </w:rPr>
              <w:t>Year group</w:t>
            </w:r>
          </w:p>
          <w:p w14:paraId="6036391F" w14:textId="77777777" w:rsidR="00A5422A" w:rsidRDefault="00B3390F">
            <w:pPr>
              <w:spacing w:after="0" w:line="160" w:lineRule="exact"/>
            </w:pPr>
            <w:r>
              <w:rPr>
                <w:color w:val="A9B5C0"/>
                <w:sz w:val="14"/>
              </w:rPr>
              <w:t>________________________________________________________________________________</w:t>
            </w:r>
          </w:p>
        </w:tc>
      </w:tr>
      <w:tr w:rsidR="00A5422A" w14:paraId="05F25C51" w14:textId="77777777">
        <w:trPr>
          <w:cantSplit/>
          <w:jc w:val="center"/>
        </w:trPr>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27B34428" w14:textId="77777777" w:rsidR="00A5422A" w:rsidRDefault="00B3390F">
            <w:pPr>
              <w:spacing w:after="0"/>
            </w:pPr>
            <w:r>
              <w:rPr>
                <w:b/>
                <w:color w:val="0B2A5B"/>
                <w:sz w:val="17"/>
              </w:rPr>
              <w:t>School</w:t>
            </w:r>
          </w:p>
          <w:p w14:paraId="234A72D2" w14:textId="77777777" w:rsidR="00A5422A" w:rsidRDefault="00B3390F">
            <w:pPr>
              <w:spacing w:after="0" w:line="160" w:lineRule="exact"/>
            </w:pPr>
            <w:r>
              <w:rPr>
                <w:color w:val="A9B5C0"/>
                <w:sz w:val="14"/>
              </w:rPr>
              <w:t>________________________________________________________________________________</w:t>
            </w:r>
          </w:p>
        </w:tc>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7A23B648" w14:textId="77777777" w:rsidR="00A5422A" w:rsidRDefault="00B3390F">
            <w:pPr>
              <w:spacing w:after="0"/>
            </w:pPr>
            <w:r>
              <w:rPr>
                <w:b/>
                <w:color w:val="0B2A5B"/>
                <w:sz w:val="17"/>
              </w:rPr>
              <w:t>Class teacher</w:t>
            </w:r>
          </w:p>
          <w:p w14:paraId="4714D9BF" w14:textId="77777777" w:rsidR="00A5422A" w:rsidRDefault="00B3390F">
            <w:pPr>
              <w:spacing w:after="0" w:line="160" w:lineRule="exact"/>
            </w:pPr>
            <w:r>
              <w:rPr>
                <w:color w:val="A9B5C0"/>
                <w:sz w:val="14"/>
              </w:rPr>
              <w:t>________________________________________________________________________________</w:t>
            </w:r>
          </w:p>
        </w:tc>
      </w:tr>
      <w:tr w:rsidR="00A5422A" w14:paraId="60A61B1C" w14:textId="77777777">
        <w:trPr>
          <w:cantSplit/>
          <w:jc w:val="center"/>
        </w:trPr>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3DCC406E" w14:textId="77777777" w:rsidR="00A5422A" w:rsidRDefault="00B3390F">
            <w:pPr>
              <w:spacing w:after="0"/>
            </w:pPr>
            <w:r>
              <w:rPr>
                <w:b/>
                <w:color w:val="0B2A5B"/>
                <w:sz w:val="17"/>
              </w:rPr>
              <w:t>Parent or carer name</w:t>
            </w:r>
          </w:p>
          <w:p w14:paraId="5FD08DDB" w14:textId="77777777" w:rsidR="00A5422A" w:rsidRDefault="00B3390F">
            <w:pPr>
              <w:spacing w:after="0" w:line="160" w:lineRule="exact"/>
            </w:pPr>
            <w:r>
              <w:rPr>
                <w:color w:val="A9B5C0"/>
                <w:sz w:val="14"/>
              </w:rPr>
              <w:t>________________________________________________________________________________</w:t>
            </w:r>
          </w:p>
        </w:tc>
        <w:tc>
          <w:tcPr>
            <w:tcW w:w="5328" w:type="dxa"/>
            <w:tcBorders>
              <w:top w:val="single" w:sz="6" w:space="0" w:color="D9D9D9"/>
              <w:left w:val="single" w:sz="6" w:space="0" w:color="D9D9D9"/>
              <w:bottom w:val="single" w:sz="6" w:space="0" w:color="D9D9D9"/>
              <w:right w:val="single" w:sz="6" w:space="0" w:color="D9D9D9"/>
            </w:tcBorders>
            <w:tcMar>
              <w:top w:w="55" w:type="dxa"/>
              <w:left w:w="100" w:type="dxa"/>
              <w:bottom w:w="55" w:type="dxa"/>
              <w:right w:w="100" w:type="dxa"/>
            </w:tcMar>
            <w:vAlign w:val="center"/>
          </w:tcPr>
          <w:p w14:paraId="5EDEF8DA" w14:textId="77777777" w:rsidR="00A5422A" w:rsidRDefault="00B3390F">
            <w:pPr>
              <w:spacing w:after="0"/>
            </w:pPr>
            <w:r>
              <w:rPr>
                <w:b/>
                <w:color w:val="0B2A5B"/>
                <w:sz w:val="17"/>
              </w:rPr>
              <w:t>Telephone number</w:t>
            </w:r>
          </w:p>
          <w:p w14:paraId="2AFDAB6C" w14:textId="77777777" w:rsidR="00A5422A" w:rsidRDefault="00B3390F">
            <w:pPr>
              <w:spacing w:after="0" w:line="160" w:lineRule="exact"/>
            </w:pPr>
            <w:r>
              <w:rPr>
                <w:color w:val="A9B5C0"/>
                <w:sz w:val="14"/>
              </w:rPr>
              <w:t>________________________________________________________________________________</w:t>
            </w:r>
          </w:p>
        </w:tc>
      </w:tr>
    </w:tbl>
    <w:p w14:paraId="5F6AE8F2" w14:textId="77777777" w:rsidR="00A5422A" w:rsidRDefault="00A5422A">
      <w:pPr>
        <w:spacing w:after="0" w:line="60" w:lineRule="exact"/>
      </w:pPr>
    </w:p>
    <w:tbl>
      <w:tblPr>
        <w:tblW w:w="0" w:type="auto"/>
        <w:jc w:val="center"/>
        <w:tblLayout w:type="fixed"/>
        <w:tblLook w:val="04A0" w:firstRow="1" w:lastRow="0" w:firstColumn="1" w:lastColumn="0" w:noHBand="0" w:noVBand="1"/>
      </w:tblPr>
      <w:tblGrid>
        <w:gridCol w:w="10656"/>
      </w:tblGrid>
      <w:tr w:rsidR="00A5422A" w14:paraId="39D1A8E5" w14:textId="77777777">
        <w:trPr>
          <w:jc w:val="center"/>
        </w:trPr>
        <w:tc>
          <w:tcPr>
            <w:tcW w:w="10656" w:type="dxa"/>
            <w:tcBorders>
              <w:top w:val="single" w:sz="8" w:space="0" w:color="0B2A5B"/>
              <w:left w:val="single" w:sz="8" w:space="0" w:color="0B2A5B"/>
              <w:bottom w:val="single" w:sz="8" w:space="0" w:color="0B2A5B"/>
              <w:right w:val="single" w:sz="8" w:space="0" w:color="0B2A5B"/>
            </w:tcBorders>
            <w:shd w:val="clear" w:color="auto" w:fill="FFF0A6"/>
            <w:tcMar>
              <w:top w:w="65" w:type="dxa"/>
              <w:left w:w="120" w:type="dxa"/>
              <w:bottom w:w="65" w:type="dxa"/>
              <w:right w:w="120" w:type="dxa"/>
            </w:tcMar>
          </w:tcPr>
          <w:p w14:paraId="23777BB6" w14:textId="77777777" w:rsidR="00A5422A" w:rsidRDefault="00B3390F">
            <w:pPr>
              <w:pStyle w:val="Heading1"/>
            </w:pPr>
            <w:r>
              <w:t>What support are you looking for</w:t>
            </w:r>
          </w:p>
        </w:tc>
      </w:tr>
    </w:tbl>
    <w:p w14:paraId="3B492060"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3552"/>
        <w:gridCol w:w="3552"/>
        <w:gridCol w:w="3552"/>
      </w:tblGrid>
      <w:tr w:rsidR="00A5422A" w14:paraId="2D2DB55A" w14:textId="77777777">
        <w:trPr>
          <w:jc w:val="center"/>
        </w:trPr>
        <w:tc>
          <w:tcPr>
            <w:tcW w:w="3552" w:type="dxa"/>
            <w:tcBorders>
              <w:top w:val="single" w:sz="7" w:space="0" w:color="0B2A5B"/>
              <w:left w:val="single" w:sz="7" w:space="0" w:color="0B2A5B"/>
              <w:bottom w:val="single" w:sz="7" w:space="0" w:color="0B2A5B"/>
              <w:right w:val="single" w:sz="7" w:space="0" w:color="0B2A5B"/>
            </w:tcBorders>
            <w:shd w:val="clear" w:color="auto" w:fill="DDF3FF"/>
            <w:tcMar>
              <w:top w:w="75" w:type="dxa"/>
              <w:left w:w="80" w:type="dxa"/>
              <w:bottom w:w="75" w:type="dxa"/>
              <w:right w:w="80" w:type="dxa"/>
            </w:tcMar>
            <w:vAlign w:val="center"/>
          </w:tcPr>
          <w:p w14:paraId="7F6BCBC7" w14:textId="77777777" w:rsidR="00A5422A" w:rsidRDefault="00B3390F">
            <w:pPr>
              <w:jc w:val="center"/>
            </w:pPr>
            <w:r>
              <w:rPr>
                <w:b/>
                <w:color w:val="0B2A5B"/>
                <w:sz w:val="22"/>
              </w:rPr>
              <w:t>☐</w:t>
            </w:r>
            <w:r>
              <w:rPr>
                <w:b/>
                <w:color w:val="0B2A5B"/>
                <w:sz w:val="22"/>
              </w:rPr>
              <w:t xml:space="preserve">  MATHS</w:t>
            </w:r>
          </w:p>
        </w:tc>
        <w:tc>
          <w:tcPr>
            <w:tcW w:w="3552" w:type="dxa"/>
            <w:tcBorders>
              <w:top w:val="single" w:sz="7" w:space="0" w:color="0B2A5B"/>
              <w:left w:val="single" w:sz="7" w:space="0" w:color="0B2A5B"/>
              <w:bottom w:val="single" w:sz="7" w:space="0" w:color="0B2A5B"/>
              <w:right w:val="single" w:sz="7" w:space="0" w:color="0B2A5B"/>
            </w:tcBorders>
            <w:shd w:val="clear" w:color="auto" w:fill="FCE2F0"/>
            <w:tcMar>
              <w:top w:w="75" w:type="dxa"/>
              <w:left w:w="80" w:type="dxa"/>
              <w:bottom w:w="75" w:type="dxa"/>
              <w:right w:w="80" w:type="dxa"/>
            </w:tcMar>
            <w:vAlign w:val="center"/>
          </w:tcPr>
          <w:p w14:paraId="65758761" w14:textId="77777777" w:rsidR="00A5422A" w:rsidRDefault="00B3390F">
            <w:pPr>
              <w:jc w:val="center"/>
            </w:pPr>
            <w:r>
              <w:rPr>
                <w:b/>
                <w:color w:val="0B2A5B"/>
                <w:sz w:val="22"/>
              </w:rPr>
              <w:t>☐</w:t>
            </w:r>
            <w:r>
              <w:rPr>
                <w:b/>
                <w:color w:val="0B2A5B"/>
                <w:sz w:val="22"/>
              </w:rPr>
              <w:t xml:space="preserve">  ENGLISH</w:t>
            </w:r>
          </w:p>
        </w:tc>
        <w:tc>
          <w:tcPr>
            <w:tcW w:w="3552" w:type="dxa"/>
            <w:tcBorders>
              <w:top w:val="single" w:sz="7" w:space="0" w:color="0B2A5B"/>
              <w:left w:val="single" w:sz="7" w:space="0" w:color="0B2A5B"/>
              <w:bottom w:val="single" w:sz="7" w:space="0" w:color="0B2A5B"/>
              <w:right w:val="single" w:sz="7" w:space="0" w:color="0B2A5B"/>
            </w:tcBorders>
            <w:shd w:val="clear" w:color="auto" w:fill="DFF3E5"/>
            <w:tcMar>
              <w:top w:w="75" w:type="dxa"/>
              <w:left w:w="80" w:type="dxa"/>
              <w:bottom w:w="75" w:type="dxa"/>
              <w:right w:w="80" w:type="dxa"/>
            </w:tcMar>
            <w:vAlign w:val="center"/>
          </w:tcPr>
          <w:p w14:paraId="68D77844" w14:textId="77777777" w:rsidR="00A5422A" w:rsidRDefault="00B3390F">
            <w:pPr>
              <w:jc w:val="center"/>
            </w:pPr>
            <w:r>
              <w:rPr>
                <w:b/>
                <w:color w:val="0B2A5B"/>
                <w:sz w:val="22"/>
              </w:rPr>
              <w:t>☐</w:t>
            </w:r>
            <w:r>
              <w:rPr>
                <w:b/>
                <w:color w:val="0B2A5B"/>
                <w:sz w:val="22"/>
              </w:rPr>
              <w:t xml:space="preserve">  READING</w:t>
            </w:r>
          </w:p>
        </w:tc>
      </w:tr>
    </w:tbl>
    <w:p w14:paraId="4D92FFB5" w14:textId="77777777" w:rsidR="00A5422A" w:rsidRDefault="00A5422A">
      <w:pPr>
        <w:spacing w:after="0" w:line="60" w:lineRule="exact"/>
      </w:pPr>
    </w:p>
    <w:p w14:paraId="1B689D92" w14:textId="77777777" w:rsidR="00A5422A" w:rsidRDefault="00B3390F">
      <w:r>
        <w:rPr>
          <w:b/>
          <w:color w:val="0B2A5B"/>
        </w:rPr>
        <w:t xml:space="preserve">Also needed  </w:t>
      </w:r>
      <w:r>
        <w:t>☐</w:t>
      </w:r>
      <w:r>
        <w:t xml:space="preserve"> Homework help   ☐ Catch up   ☐ Misconceptions   ☐ Confidence   ☐ Challenge</w:t>
      </w:r>
    </w:p>
    <w:p w14:paraId="1771A336" w14:textId="77777777" w:rsidR="00A5422A" w:rsidRDefault="00B3390F">
      <w:r>
        <w:rPr>
          <w:b/>
          <w:color w:val="0B2A5B"/>
        </w:rPr>
        <w:t xml:space="preserve">Preferred lessons  </w:t>
      </w:r>
      <w:r>
        <w:t>☐</w:t>
      </w:r>
      <w:r>
        <w:t xml:space="preserve"> Weekly   ☐ Fortnightly   ☐ Monthly   ☐ To be agreed</w:t>
      </w:r>
    </w:p>
    <w:tbl>
      <w:tblPr>
        <w:tblW w:w="0" w:type="auto"/>
        <w:jc w:val="center"/>
        <w:tblLayout w:type="fixed"/>
        <w:tblLook w:val="04A0" w:firstRow="1" w:lastRow="0" w:firstColumn="1" w:lastColumn="0" w:noHBand="0" w:noVBand="1"/>
      </w:tblPr>
      <w:tblGrid>
        <w:gridCol w:w="10656"/>
      </w:tblGrid>
      <w:tr w:rsidR="00A5422A" w14:paraId="47366FF8"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7FAFC"/>
            <w:tcMar>
              <w:top w:w="75" w:type="dxa"/>
              <w:left w:w="105" w:type="dxa"/>
              <w:bottom w:w="75" w:type="dxa"/>
              <w:right w:w="105" w:type="dxa"/>
            </w:tcMar>
          </w:tcPr>
          <w:p w14:paraId="7D8F18CB" w14:textId="77777777" w:rsidR="00A5422A" w:rsidRDefault="00B3390F">
            <w:pPr>
              <w:spacing w:after="0"/>
            </w:pPr>
            <w:r>
              <w:rPr>
                <w:b/>
                <w:color w:val="0B2A5B"/>
                <w:sz w:val="17"/>
              </w:rPr>
              <w:t>What would you most like your child to gain from tutoring?</w:t>
            </w:r>
            <w:r>
              <w:rPr>
                <w:i/>
                <w:color w:val="5F6973"/>
                <w:sz w:val="16"/>
              </w:rPr>
              <w:t xml:space="preserve">  Please describe your main priorities and goals.</w:t>
            </w:r>
          </w:p>
          <w:p w14:paraId="75B71D34" w14:textId="77777777" w:rsidR="00A5422A" w:rsidRDefault="00B3390F">
            <w:pPr>
              <w:spacing w:after="0" w:line="160" w:lineRule="exact"/>
            </w:pPr>
            <w:r>
              <w:rPr>
                <w:color w:val="A9B5C0"/>
                <w:sz w:val="14"/>
              </w:rPr>
              <w:t>________________________________________________________________________________</w:t>
            </w:r>
          </w:p>
          <w:p w14:paraId="0CE83EAB" w14:textId="77777777" w:rsidR="00A5422A" w:rsidRDefault="00B3390F">
            <w:pPr>
              <w:spacing w:after="0" w:line="160" w:lineRule="exact"/>
            </w:pPr>
            <w:r>
              <w:rPr>
                <w:color w:val="A9B5C0"/>
                <w:sz w:val="14"/>
              </w:rPr>
              <w:t>________________________________________________________________________________</w:t>
            </w:r>
          </w:p>
          <w:p w14:paraId="44B8D374" w14:textId="77777777" w:rsidR="00A5422A" w:rsidRDefault="00B3390F">
            <w:pPr>
              <w:spacing w:after="0" w:line="160" w:lineRule="exact"/>
            </w:pPr>
            <w:r>
              <w:rPr>
                <w:color w:val="A9B5C0"/>
                <w:sz w:val="14"/>
              </w:rPr>
              <w:t>________________________________________________________________________________</w:t>
            </w:r>
          </w:p>
          <w:p w14:paraId="0194DEDD" w14:textId="77777777" w:rsidR="00A5422A" w:rsidRDefault="00B3390F">
            <w:pPr>
              <w:spacing w:after="0" w:line="160" w:lineRule="exact"/>
            </w:pPr>
            <w:r>
              <w:rPr>
                <w:color w:val="A9B5C0"/>
                <w:sz w:val="14"/>
              </w:rPr>
              <w:t>________________________________________________________________________________</w:t>
            </w:r>
          </w:p>
        </w:tc>
      </w:tr>
    </w:tbl>
    <w:p w14:paraId="0E7252F7"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15CD1ACC"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FFFFF"/>
            <w:tcMar>
              <w:top w:w="75" w:type="dxa"/>
              <w:left w:w="105" w:type="dxa"/>
              <w:bottom w:w="75" w:type="dxa"/>
              <w:right w:w="105" w:type="dxa"/>
            </w:tcMar>
          </w:tcPr>
          <w:p w14:paraId="52E592D0" w14:textId="77777777" w:rsidR="00A5422A" w:rsidRDefault="00B3390F">
            <w:pPr>
              <w:spacing w:after="0"/>
            </w:pPr>
            <w:r>
              <w:rPr>
                <w:b/>
                <w:color w:val="0B2A5B"/>
                <w:sz w:val="17"/>
              </w:rPr>
              <w:t>What are they finding difficult at the moment?</w:t>
            </w:r>
            <w:r>
              <w:rPr>
                <w:i/>
                <w:color w:val="5F6973"/>
                <w:sz w:val="16"/>
              </w:rPr>
              <w:t xml:space="preserve">  Include specific topics, skills or examples.</w:t>
            </w:r>
          </w:p>
          <w:p w14:paraId="4C3E2189" w14:textId="77777777" w:rsidR="00A5422A" w:rsidRDefault="00B3390F">
            <w:pPr>
              <w:spacing w:after="0" w:line="160" w:lineRule="exact"/>
            </w:pPr>
            <w:r>
              <w:rPr>
                <w:color w:val="A9B5C0"/>
                <w:sz w:val="14"/>
              </w:rPr>
              <w:t>________________________________________________________________________________</w:t>
            </w:r>
          </w:p>
          <w:p w14:paraId="069954CC" w14:textId="77777777" w:rsidR="00A5422A" w:rsidRDefault="00B3390F">
            <w:pPr>
              <w:spacing w:after="0" w:line="160" w:lineRule="exact"/>
            </w:pPr>
            <w:r>
              <w:rPr>
                <w:color w:val="A9B5C0"/>
                <w:sz w:val="14"/>
              </w:rPr>
              <w:t>________________________________________________________________________________</w:t>
            </w:r>
          </w:p>
          <w:p w14:paraId="4356C949" w14:textId="77777777" w:rsidR="00A5422A" w:rsidRDefault="00B3390F">
            <w:pPr>
              <w:spacing w:after="0" w:line="160" w:lineRule="exact"/>
            </w:pPr>
            <w:r>
              <w:rPr>
                <w:color w:val="A9B5C0"/>
                <w:sz w:val="14"/>
              </w:rPr>
              <w:t>________________________________________________________________________________</w:t>
            </w:r>
          </w:p>
          <w:p w14:paraId="7374D1AE" w14:textId="77777777" w:rsidR="00A5422A" w:rsidRDefault="00B3390F">
            <w:pPr>
              <w:spacing w:after="0" w:line="160" w:lineRule="exact"/>
            </w:pPr>
            <w:r>
              <w:rPr>
                <w:color w:val="A9B5C0"/>
                <w:sz w:val="14"/>
              </w:rPr>
              <w:t>________________________________________________________________________________</w:t>
            </w:r>
          </w:p>
          <w:p w14:paraId="639CEA15" w14:textId="77777777" w:rsidR="00A5422A" w:rsidRDefault="00B3390F">
            <w:pPr>
              <w:spacing w:after="0" w:line="160" w:lineRule="exact"/>
            </w:pPr>
            <w:r>
              <w:rPr>
                <w:color w:val="A9B5C0"/>
                <w:sz w:val="14"/>
              </w:rPr>
              <w:t>________________________________________________________________________________</w:t>
            </w:r>
          </w:p>
        </w:tc>
      </w:tr>
    </w:tbl>
    <w:p w14:paraId="7889BE8D"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7C887BA0"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7FAFC"/>
            <w:tcMar>
              <w:top w:w="75" w:type="dxa"/>
              <w:left w:w="105" w:type="dxa"/>
              <w:bottom w:w="75" w:type="dxa"/>
              <w:right w:w="105" w:type="dxa"/>
            </w:tcMar>
          </w:tcPr>
          <w:p w14:paraId="57601B23" w14:textId="77777777" w:rsidR="00A5422A" w:rsidRDefault="00B3390F">
            <w:pPr>
              <w:spacing w:after="0"/>
            </w:pPr>
            <w:r>
              <w:rPr>
                <w:b/>
                <w:color w:val="0B2A5B"/>
                <w:sz w:val="17"/>
              </w:rPr>
              <w:t>What has school advised or identified?</w:t>
            </w:r>
            <w:r>
              <w:rPr>
                <w:i/>
                <w:color w:val="5F6973"/>
                <w:sz w:val="16"/>
              </w:rPr>
              <w:t xml:space="preserve">  Include targets, assessment information or comments from their teacher.</w:t>
            </w:r>
          </w:p>
          <w:p w14:paraId="1CFDE78E" w14:textId="77777777" w:rsidR="00A5422A" w:rsidRDefault="00B3390F">
            <w:pPr>
              <w:spacing w:after="0" w:line="160" w:lineRule="exact"/>
            </w:pPr>
            <w:r>
              <w:rPr>
                <w:color w:val="A9B5C0"/>
                <w:sz w:val="14"/>
              </w:rPr>
              <w:t>________________________________________________________________________________</w:t>
            </w:r>
          </w:p>
          <w:p w14:paraId="53A90442" w14:textId="77777777" w:rsidR="00A5422A" w:rsidRDefault="00B3390F">
            <w:pPr>
              <w:spacing w:after="0" w:line="160" w:lineRule="exact"/>
            </w:pPr>
            <w:r>
              <w:rPr>
                <w:color w:val="A9B5C0"/>
                <w:sz w:val="14"/>
              </w:rPr>
              <w:t>________________________________________________________________________________</w:t>
            </w:r>
          </w:p>
          <w:p w14:paraId="1615315E" w14:textId="77777777" w:rsidR="00A5422A" w:rsidRDefault="00B3390F">
            <w:pPr>
              <w:spacing w:after="0" w:line="160" w:lineRule="exact"/>
            </w:pPr>
            <w:r>
              <w:rPr>
                <w:color w:val="A9B5C0"/>
                <w:sz w:val="14"/>
              </w:rPr>
              <w:t>________________________________________________________________________________</w:t>
            </w:r>
          </w:p>
          <w:p w14:paraId="4613B160" w14:textId="77777777" w:rsidR="00A5422A" w:rsidRDefault="00B3390F">
            <w:pPr>
              <w:spacing w:after="0" w:line="160" w:lineRule="exact"/>
            </w:pPr>
            <w:r>
              <w:rPr>
                <w:color w:val="A9B5C0"/>
                <w:sz w:val="14"/>
              </w:rPr>
              <w:t>________________________________________________________________________________</w:t>
            </w:r>
          </w:p>
        </w:tc>
      </w:tr>
    </w:tbl>
    <w:p w14:paraId="1AFB9B78"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4F24BCD1"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FFFFF"/>
            <w:tcMar>
              <w:top w:w="75" w:type="dxa"/>
              <w:left w:w="105" w:type="dxa"/>
              <w:bottom w:w="75" w:type="dxa"/>
              <w:right w:w="105" w:type="dxa"/>
            </w:tcMar>
          </w:tcPr>
          <w:p w14:paraId="41880543" w14:textId="77777777" w:rsidR="00A5422A" w:rsidRDefault="00B3390F">
            <w:pPr>
              <w:spacing w:after="0"/>
            </w:pPr>
            <w:r>
              <w:rPr>
                <w:b/>
                <w:color w:val="0B2A5B"/>
                <w:sz w:val="17"/>
              </w:rPr>
              <w:t>How do they manage homework and independent learning?</w:t>
            </w:r>
          </w:p>
          <w:p w14:paraId="1A3EBDCC" w14:textId="77777777" w:rsidR="00A5422A" w:rsidRDefault="00B3390F">
            <w:pPr>
              <w:spacing w:after="0" w:line="160" w:lineRule="exact"/>
            </w:pPr>
            <w:r>
              <w:rPr>
                <w:color w:val="A9B5C0"/>
                <w:sz w:val="14"/>
              </w:rPr>
              <w:t>________________________________________________________________________________</w:t>
            </w:r>
          </w:p>
          <w:p w14:paraId="74040882" w14:textId="77777777" w:rsidR="00A5422A" w:rsidRDefault="00B3390F">
            <w:pPr>
              <w:spacing w:after="0" w:line="160" w:lineRule="exact"/>
            </w:pPr>
            <w:r>
              <w:rPr>
                <w:color w:val="A9B5C0"/>
                <w:sz w:val="14"/>
              </w:rPr>
              <w:t>________________________________________________________________________________</w:t>
            </w:r>
          </w:p>
          <w:p w14:paraId="59C7556B" w14:textId="77777777" w:rsidR="00A5422A" w:rsidRDefault="00B3390F">
            <w:pPr>
              <w:spacing w:after="0" w:line="160" w:lineRule="exact"/>
            </w:pPr>
            <w:r>
              <w:rPr>
                <w:color w:val="A9B5C0"/>
                <w:sz w:val="14"/>
              </w:rPr>
              <w:t>________________________________________________________________________________</w:t>
            </w:r>
          </w:p>
        </w:tc>
      </w:tr>
    </w:tbl>
    <w:p w14:paraId="4F6C7AB0" w14:textId="77777777" w:rsidR="00A5422A" w:rsidRDefault="00A5422A">
      <w:pPr>
        <w:spacing w:after="0" w:line="40" w:lineRule="exact"/>
      </w:pPr>
    </w:p>
    <w:p w14:paraId="0FAB86D6" w14:textId="77777777" w:rsidR="00A5422A" w:rsidRDefault="00B3390F">
      <w:r>
        <w:br w:type="page"/>
      </w:r>
    </w:p>
    <w:tbl>
      <w:tblPr>
        <w:tblW w:w="0" w:type="auto"/>
        <w:jc w:val="center"/>
        <w:tblLayout w:type="fixed"/>
        <w:tblLook w:val="04A0" w:firstRow="1" w:lastRow="0" w:firstColumn="1" w:lastColumn="0" w:noHBand="0" w:noVBand="1"/>
      </w:tblPr>
      <w:tblGrid>
        <w:gridCol w:w="5328"/>
        <w:gridCol w:w="5328"/>
      </w:tblGrid>
      <w:tr w:rsidR="00A5422A" w14:paraId="37B74069" w14:textId="77777777">
        <w:trPr>
          <w:jc w:val="center"/>
        </w:trPr>
        <w:tc>
          <w:tcPr>
            <w:tcW w:w="5328"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42606B80" w14:textId="77777777" w:rsidR="00A5422A" w:rsidRDefault="00B3390F">
            <w:pPr>
              <w:jc w:val="center"/>
            </w:pPr>
            <w:r>
              <w:rPr>
                <w:noProof/>
              </w:rPr>
              <w:lastRenderedPageBreak/>
              <w:drawing>
                <wp:inline distT="0" distB="0" distL="0" distR="0" wp14:anchorId="296164B2" wp14:editId="1860D7BC">
                  <wp:extent cx="1234440" cy="1028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d9cd10ab-a9d7-42e9-9445-415102fa2bef.png"/>
                          <pic:cNvPicPr/>
                        </pic:nvPicPr>
                        <pic:blipFill>
                          <a:blip r:embed="rId8"/>
                          <a:stretch>
                            <a:fillRect/>
                          </a:stretch>
                        </pic:blipFill>
                        <pic:spPr>
                          <a:xfrm>
                            <a:off x="0" y="0"/>
                            <a:ext cx="1234440" cy="1028700"/>
                          </a:xfrm>
                          <a:prstGeom prst="rect">
                            <a:avLst/>
                          </a:prstGeom>
                        </pic:spPr>
                      </pic:pic>
                    </a:graphicData>
                  </a:graphic>
                </wp:inline>
              </w:drawing>
            </w:r>
          </w:p>
        </w:tc>
        <w:tc>
          <w:tcPr>
            <w:tcW w:w="5328"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0808EA57" w14:textId="77777777" w:rsidR="00A5422A" w:rsidRDefault="00B3390F">
            <w:pPr>
              <w:pStyle w:val="Title"/>
            </w:pPr>
            <w:r>
              <w:t>Parent Learning Profile</w:t>
            </w:r>
          </w:p>
          <w:p w14:paraId="5912C11A" w14:textId="77777777" w:rsidR="00A5422A" w:rsidRDefault="00B3390F">
            <w:pPr>
              <w:spacing w:after="20"/>
            </w:pPr>
            <w:r>
              <w:rPr>
                <w:b/>
                <w:color w:val="0B2A5B"/>
              </w:rPr>
              <w:t>THE LEARNING PACK   |   Primary School Tutoring with Ryan</w:t>
            </w:r>
          </w:p>
          <w:p w14:paraId="3F86F6CF" w14:textId="77777777" w:rsidR="00A5422A" w:rsidRDefault="00B3390F">
            <w:r>
              <w:rPr>
                <w:i/>
                <w:color w:val="5A6773"/>
                <w:sz w:val="17"/>
              </w:rPr>
              <w:t>Help Ryan understand how your child learns, what motivates them and how to support them well.</w:t>
            </w:r>
          </w:p>
        </w:tc>
      </w:tr>
    </w:tbl>
    <w:p w14:paraId="0C2ED47D"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701955EB" w14:textId="77777777">
        <w:trPr>
          <w:jc w:val="center"/>
        </w:trPr>
        <w:tc>
          <w:tcPr>
            <w:tcW w:w="10656" w:type="dxa"/>
            <w:tcBorders>
              <w:top w:val="single" w:sz="8" w:space="0" w:color="0B2A5B"/>
              <w:left w:val="single" w:sz="8" w:space="0" w:color="0B2A5B"/>
              <w:bottom w:val="single" w:sz="8" w:space="0" w:color="0B2A5B"/>
              <w:right w:val="single" w:sz="8" w:space="0" w:color="0B2A5B"/>
            </w:tcBorders>
            <w:shd w:val="clear" w:color="auto" w:fill="DFF3E5"/>
            <w:tcMar>
              <w:top w:w="65" w:type="dxa"/>
              <w:left w:w="120" w:type="dxa"/>
              <w:bottom w:w="65" w:type="dxa"/>
              <w:right w:w="120" w:type="dxa"/>
            </w:tcMar>
          </w:tcPr>
          <w:p w14:paraId="7B9A78CD" w14:textId="77777777" w:rsidR="00A5422A" w:rsidRDefault="00B3390F">
            <w:pPr>
              <w:pStyle w:val="Heading1"/>
            </w:pPr>
            <w:r>
              <w:t>Strengths interests and motivation</w:t>
            </w:r>
          </w:p>
        </w:tc>
      </w:tr>
    </w:tbl>
    <w:p w14:paraId="1702058B"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6C6D1E3A"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FFFFF"/>
            <w:tcMar>
              <w:top w:w="75" w:type="dxa"/>
              <w:left w:w="105" w:type="dxa"/>
              <w:bottom w:w="75" w:type="dxa"/>
              <w:right w:w="105" w:type="dxa"/>
            </w:tcMar>
          </w:tcPr>
          <w:p w14:paraId="439B71FF" w14:textId="77777777" w:rsidR="00A5422A" w:rsidRDefault="00B3390F">
            <w:pPr>
              <w:spacing w:after="0"/>
            </w:pPr>
            <w:r>
              <w:rPr>
                <w:b/>
                <w:color w:val="0B2A5B"/>
                <w:sz w:val="17"/>
              </w:rPr>
              <w:t>What does your child enjoy or do well at?</w:t>
            </w:r>
            <w:r>
              <w:rPr>
                <w:i/>
                <w:color w:val="5F6973"/>
                <w:sz w:val="16"/>
              </w:rPr>
              <w:t xml:space="preserve">  In school or outside school.</w:t>
            </w:r>
          </w:p>
          <w:p w14:paraId="3D712EEF" w14:textId="77777777" w:rsidR="00A5422A" w:rsidRDefault="00B3390F">
            <w:pPr>
              <w:spacing w:after="0" w:line="160" w:lineRule="exact"/>
            </w:pPr>
            <w:r>
              <w:rPr>
                <w:color w:val="A9B5C0"/>
                <w:sz w:val="14"/>
              </w:rPr>
              <w:t>________________________________________________________________________________</w:t>
            </w:r>
          </w:p>
          <w:p w14:paraId="3A2264DC" w14:textId="77777777" w:rsidR="00A5422A" w:rsidRDefault="00B3390F">
            <w:pPr>
              <w:spacing w:after="0" w:line="160" w:lineRule="exact"/>
            </w:pPr>
            <w:r>
              <w:rPr>
                <w:color w:val="A9B5C0"/>
                <w:sz w:val="14"/>
              </w:rPr>
              <w:t>________________________________________________________________________________</w:t>
            </w:r>
          </w:p>
          <w:p w14:paraId="54842430" w14:textId="77777777" w:rsidR="00A5422A" w:rsidRDefault="00B3390F">
            <w:pPr>
              <w:spacing w:after="0" w:line="160" w:lineRule="exact"/>
            </w:pPr>
            <w:r>
              <w:rPr>
                <w:color w:val="A9B5C0"/>
                <w:sz w:val="14"/>
              </w:rPr>
              <w:t>________________________________________________________________________________</w:t>
            </w:r>
          </w:p>
        </w:tc>
      </w:tr>
    </w:tbl>
    <w:p w14:paraId="312D7A47"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04A54405"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7FAFC"/>
            <w:tcMar>
              <w:top w:w="75" w:type="dxa"/>
              <w:left w:w="105" w:type="dxa"/>
              <w:bottom w:w="75" w:type="dxa"/>
              <w:right w:w="105" w:type="dxa"/>
            </w:tcMar>
          </w:tcPr>
          <w:p w14:paraId="38B8BC27" w14:textId="77777777" w:rsidR="00A5422A" w:rsidRDefault="00B3390F">
            <w:pPr>
              <w:spacing w:after="0"/>
            </w:pPr>
            <w:r>
              <w:rPr>
                <w:b/>
                <w:color w:val="0B2A5B"/>
                <w:sz w:val="17"/>
              </w:rPr>
              <w:t>Favourite interests, hobbies, books, characters, sports or topics</w:t>
            </w:r>
            <w:r>
              <w:rPr>
                <w:i/>
                <w:color w:val="5F6973"/>
                <w:sz w:val="16"/>
              </w:rPr>
              <w:t xml:space="preserve">  These can help make lessons engaging.</w:t>
            </w:r>
          </w:p>
          <w:p w14:paraId="2216ED26" w14:textId="77777777" w:rsidR="00A5422A" w:rsidRDefault="00B3390F">
            <w:pPr>
              <w:spacing w:after="0" w:line="160" w:lineRule="exact"/>
            </w:pPr>
            <w:r>
              <w:rPr>
                <w:color w:val="A9B5C0"/>
                <w:sz w:val="14"/>
              </w:rPr>
              <w:t>________________________________________________________________________________</w:t>
            </w:r>
          </w:p>
          <w:p w14:paraId="6494A17F" w14:textId="77777777" w:rsidR="00A5422A" w:rsidRDefault="00B3390F">
            <w:pPr>
              <w:spacing w:after="0" w:line="160" w:lineRule="exact"/>
            </w:pPr>
            <w:r>
              <w:rPr>
                <w:color w:val="A9B5C0"/>
                <w:sz w:val="14"/>
              </w:rPr>
              <w:t>________________________________________________________________________________</w:t>
            </w:r>
          </w:p>
          <w:p w14:paraId="3504650C" w14:textId="77777777" w:rsidR="00A5422A" w:rsidRDefault="00B3390F">
            <w:pPr>
              <w:spacing w:after="0" w:line="160" w:lineRule="exact"/>
            </w:pPr>
            <w:r>
              <w:rPr>
                <w:color w:val="A9B5C0"/>
                <w:sz w:val="14"/>
              </w:rPr>
              <w:t>________________________________________________________________________________</w:t>
            </w:r>
          </w:p>
        </w:tc>
      </w:tr>
    </w:tbl>
    <w:p w14:paraId="532F324E"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5390D4AF"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FFFFF"/>
            <w:tcMar>
              <w:top w:w="75" w:type="dxa"/>
              <w:left w:w="105" w:type="dxa"/>
              <w:bottom w:w="75" w:type="dxa"/>
              <w:right w:w="105" w:type="dxa"/>
            </w:tcMar>
          </w:tcPr>
          <w:p w14:paraId="54A9C6E8" w14:textId="77777777" w:rsidR="00A5422A" w:rsidRDefault="00B3390F">
            <w:pPr>
              <w:spacing w:after="0"/>
            </w:pPr>
            <w:r>
              <w:rPr>
                <w:b/>
                <w:color w:val="0B2A5B"/>
                <w:sz w:val="17"/>
              </w:rPr>
              <w:t>Activities, topics or approaches they dislike or prefer to avoid</w:t>
            </w:r>
          </w:p>
          <w:p w14:paraId="104093B1" w14:textId="77777777" w:rsidR="00A5422A" w:rsidRDefault="00B3390F">
            <w:pPr>
              <w:spacing w:after="0" w:line="160" w:lineRule="exact"/>
            </w:pPr>
            <w:r>
              <w:rPr>
                <w:color w:val="A9B5C0"/>
                <w:sz w:val="14"/>
              </w:rPr>
              <w:t>________________________________________________________________________________</w:t>
            </w:r>
          </w:p>
          <w:p w14:paraId="186EA5E0" w14:textId="77777777" w:rsidR="00A5422A" w:rsidRDefault="00B3390F">
            <w:pPr>
              <w:spacing w:after="0" w:line="160" w:lineRule="exact"/>
            </w:pPr>
            <w:r>
              <w:rPr>
                <w:color w:val="A9B5C0"/>
                <w:sz w:val="14"/>
              </w:rPr>
              <w:t>________________________________________________________________________________</w:t>
            </w:r>
          </w:p>
          <w:p w14:paraId="67DE3B2B" w14:textId="77777777" w:rsidR="00A5422A" w:rsidRDefault="00B3390F">
            <w:pPr>
              <w:spacing w:after="0" w:line="160" w:lineRule="exact"/>
            </w:pPr>
            <w:r>
              <w:rPr>
                <w:color w:val="A9B5C0"/>
                <w:sz w:val="14"/>
              </w:rPr>
              <w:t>________________________________________________________________________________</w:t>
            </w:r>
          </w:p>
        </w:tc>
      </w:tr>
    </w:tbl>
    <w:p w14:paraId="763C2546"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4344B6F3" w14:textId="77777777">
        <w:trPr>
          <w:jc w:val="center"/>
        </w:trPr>
        <w:tc>
          <w:tcPr>
            <w:tcW w:w="10656" w:type="dxa"/>
            <w:tcBorders>
              <w:top w:val="single" w:sz="8" w:space="0" w:color="0B2A5B"/>
              <w:left w:val="single" w:sz="8" w:space="0" w:color="0B2A5B"/>
              <w:bottom w:val="single" w:sz="8" w:space="0" w:color="0B2A5B"/>
              <w:right w:val="single" w:sz="8" w:space="0" w:color="0B2A5B"/>
            </w:tcBorders>
            <w:shd w:val="clear" w:color="auto" w:fill="FCE2F0"/>
            <w:tcMar>
              <w:top w:w="65" w:type="dxa"/>
              <w:left w:w="120" w:type="dxa"/>
              <w:bottom w:w="65" w:type="dxa"/>
              <w:right w:w="120" w:type="dxa"/>
            </w:tcMar>
          </w:tcPr>
          <w:p w14:paraId="7C6ED740" w14:textId="77777777" w:rsidR="00A5422A" w:rsidRDefault="00B3390F">
            <w:pPr>
              <w:pStyle w:val="Heading1"/>
            </w:pPr>
            <w:r>
              <w:t>How your child learns best</w:t>
            </w:r>
          </w:p>
        </w:tc>
      </w:tr>
    </w:tbl>
    <w:p w14:paraId="3E2B5621" w14:textId="77777777" w:rsidR="00A5422A" w:rsidRDefault="00A5422A">
      <w:pPr>
        <w:spacing w:after="0" w:line="40" w:lineRule="exact"/>
      </w:pPr>
    </w:p>
    <w:p w14:paraId="1F93FF44" w14:textId="77777777" w:rsidR="00A5422A" w:rsidRDefault="00B3390F">
      <w:r>
        <w:rPr>
          <w:b/>
          <w:color w:val="0B2A5B"/>
        </w:rPr>
        <w:t xml:space="preserve">They respond well to  </w:t>
      </w:r>
      <w:r>
        <w:t>☐</w:t>
      </w:r>
      <w:r>
        <w:t xml:space="preserve"> Visuals   ☐ Talking   ☐ Practical resources   ☐ Games   ☐ Short tasks</w:t>
      </w:r>
    </w:p>
    <w:p w14:paraId="0BB48DED" w14:textId="77777777" w:rsidR="00A5422A" w:rsidRDefault="00B3390F">
      <w:r>
        <w:rPr>
          <w:b/>
          <w:color w:val="0B2A5B"/>
        </w:rPr>
        <w:t xml:space="preserve">Helpful during lessons  </w:t>
      </w:r>
      <w:r>
        <w:t>☐</w:t>
      </w:r>
      <w:r>
        <w:t xml:space="preserve"> Movement breaks   ☐ Quiet work   ☐ Praise   ☐ Rewards   ☐ Extra thinking time</w:t>
      </w:r>
    </w:p>
    <w:tbl>
      <w:tblPr>
        <w:tblW w:w="0" w:type="auto"/>
        <w:jc w:val="center"/>
        <w:tblLayout w:type="fixed"/>
        <w:tblLook w:val="04A0" w:firstRow="1" w:lastRow="0" w:firstColumn="1" w:lastColumn="0" w:noHBand="0" w:noVBand="1"/>
      </w:tblPr>
      <w:tblGrid>
        <w:gridCol w:w="10656"/>
      </w:tblGrid>
      <w:tr w:rsidR="00A5422A" w14:paraId="267B29A4"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7FAFC"/>
            <w:tcMar>
              <w:top w:w="75" w:type="dxa"/>
              <w:left w:w="105" w:type="dxa"/>
              <w:bottom w:w="75" w:type="dxa"/>
              <w:right w:w="105" w:type="dxa"/>
            </w:tcMar>
          </w:tcPr>
          <w:p w14:paraId="28B575BF" w14:textId="77777777" w:rsidR="00A5422A" w:rsidRDefault="00B3390F">
            <w:pPr>
              <w:spacing w:after="0"/>
            </w:pPr>
            <w:r>
              <w:rPr>
                <w:b/>
                <w:color w:val="0B2A5B"/>
                <w:sz w:val="17"/>
              </w:rPr>
              <w:t>What advice would you give Ryan about working successfully with your child?</w:t>
            </w:r>
            <w:r>
              <w:rPr>
                <w:i/>
                <w:color w:val="5F6973"/>
                <w:sz w:val="16"/>
              </w:rPr>
              <w:t xml:space="preserve">  Include what builds confidence and what can cause worry or frustration.</w:t>
            </w:r>
          </w:p>
          <w:p w14:paraId="5472E026" w14:textId="77777777" w:rsidR="00A5422A" w:rsidRDefault="00B3390F">
            <w:pPr>
              <w:spacing w:after="0" w:line="160" w:lineRule="exact"/>
            </w:pPr>
            <w:r>
              <w:rPr>
                <w:color w:val="A9B5C0"/>
                <w:sz w:val="14"/>
              </w:rPr>
              <w:t>________________________________________________________________________________</w:t>
            </w:r>
          </w:p>
          <w:p w14:paraId="560E01BF" w14:textId="77777777" w:rsidR="00A5422A" w:rsidRDefault="00B3390F">
            <w:pPr>
              <w:spacing w:after="0" w:line="160" w:lineRule="exact"/>
            </w:pPr>
            <w:r>
              <w:rPr>
                <w:color w:val="A9B5C0"/>
                <w:sz w:val="14"/>
              </w:rPr>
              <w:t>________________________________________________________________________________</w:t>
            </w:r>
          </w:p>
          <w:p w14:paraId="7265E476" w14:textId="77777777" w:rsidR="00A5422A" w:rsidRDefault="00B3390F">
            <w:pPr>
              <w:spacing w:after="0" w:line="160" w:lineRule="exact"/>
            </w:pPr>
            <w:r>
              <w:rPr>
                <w:color w:val="A9B5C0"/>
                <w:sz w:val="14"/>
              </w:rPr>
              <w:t>________________________________________________________________________________</w:t>
            </w:r>
          </w:p>
          <w:p w14:paraId="49FA682C" w14:textId="77777777" w:rsidR="00A5422A" w:rsidRDefault="00B3390F">
            <w:pPr>
              <w:spacing w:after="0" w:line="160" w:lineRule="exact"/>
            </w:pPr>
            <w:r>
              <w:rPr>
                <w:color w:val="A9B5C0"/>
                <w:sz w:val="14"/>
              </w:rPr>
              <w:t>________________________________________________________________________________</w:t>
            </w:r>
          </w:p>
        </w:tc>
      </w:tr>
    </w:tbl>
    <w:p w14:paraId="5DF94142"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682FE110"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FFFFF"/>
            <w:tcMar>
              <w:top w:w="75" w:type="dxa"/>
              <w:left w:w="105" w:type="dxa"/>
              <w:bottom w:w="75" w:type="dxa"/>
              <w:right w:w="105" w:type="dxa"/>
            </w:tcMar>
          </w:tcPr>
          <w:p w14:paraId="3E496229" w14:textId="77777777" w:rsidR="00A5422A" w:rsidRDefault="00B3390F">
            <w:pPr>
              <w:spacing w:after="0"/>
            </w:pPr>
            <w:r>
              <w:rPr>
                <w:b/>
                <w:color w:val="0B2A5B"/>
                <w:sz w:val="17"/>
              </w:rPr>
              <w:t>Any SEND, medical, allergy, sensory, communication or wellbeing information</w:t>
            </w:r>
            <w:r>
              <w:rPr>
                <w:i/>
                <w:color w:val="5F6973"/>
                <w:sz w:val="16"/>
              </w:rPr>
              <w:t xml:space="preserve">  Include helpful adjustments or strategies.</w:t>
            </w:r>
          </w:p>
          <w:p w14:paraId="204788ED" w14:textId="77777777" w:rsidR="00A5422A" w:rsidRDefault="00B3390F">
            <w:pPr>
              <w:spacing w:after="0" w:line="160" w:lineRule="exact"/>
            </w:pPr>
            <w:r>
              <w:rPr>
                <w:color w:val="A9B5C0"/>
                <w:sz w:val="14"/>
              </w:rPr>
              <w:t>________________________________________________________________________________</w:t>
            </w:r>
          </w:p>
          <w:p w14:paraId="735CB141" w14:textId="77777777" w:rsidR="00A5422A" w:rsidRDefault="00B3390F">
            <w:pPr>
              <w:spacing w:after="0" w:line="160" w:lineRule="exact"/>
            </w:pPr>
            <w:r>
              <w:rPr>
                <w:color w:val="A9B5C0"/>
                <w:sz w:val="14"/>
              </w:rPr>
              <w:t>________________________________________________________________________________</w:t>
            </w:r>
          </w:p>
          <w:p w14:paraId="4608FD8E" w14:textId="77777777" w:rsidR="00A5422A" w:rsidRDefault="00B3390F">
            <w:pPr>
              <w:spacing w:after="0" w:line="160" w:lineRule="exact"/>
            </w:pPr>
            <w:r>
              <w:rPr>
                <w:color w:val="A9B5C0"/>
                <w:sz w:val="14"/>
              </w:rPr>
              <w:t>________________________________________________________________________________</w:t>
            </w:r>
          </w:p>
          <w:p w14:paraId="61F3FCA3" w14:textId="77777777" w:rsidR="00A5422A" w:rsidRDefault="00B3390F">
            <w:pPr>
              <w:spacing w:after="0" w:line="160" w:lineRule="exact"/>
            </w:pPr>
            <w:r>
              <w:rPr>
                <w:color w:val="A9B5C0"/>
                <w:sz w:val="14"/>
              </w:rPr>
              <w:t>________________________________________________________________________________</w:t>
            </w:r>
          </w:p>
        </w:tc>
      </w:tr>
    </w:tbl>
    <w:p w14:paraId="0FDA1994"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6A686192" w14:textId="77777777">
        <w:trPr>
          <w:cantSplit/>
          <w:jc w:val="center"/>
        </w:trPr>
        <w:tc>
          <w:tcPr>
            <w:tcW w:w="10656" w:type="dxa"/>
            <w:tcBorders>
              <w:top w:val="single" w:sz="6" w:space="0" w:color="D9D9D9"/>
              <w:left w:val="single" w:sz="6" w:space="0" w:color="D9D9D9"/>
              <w:bottom w:val="single" w:sz="6" w:space="0" w:color="D9D9D9"/>
              <w:right w:val="single" w:sz="6" w:space="0" w:color="D9D9D9"/>
            </w:tcBorders>
            <w:shd w:val="clear" w:color="auto" w:fill="F7FAFC"/>
            <w:tcMar>
              <w:top w:w="75" w:type="dxa"/>
              <w:left w:w="105" w:type="dxa"/>
              <w:bottom w:w="75" w:type="dxa"/>
              <w:right w:w="105" w:type="dxa"/>
            </w:tcMar>
          </w:tcPr>
          <w:p w14:paraId="3D13F26C" w14:textId="77777777" w:rsidR="00A5422A" w:rsidRDefault="00B3390F">
            <w:pPr>
              <w:spacing w:after="0"/>
            </w:pPr>
            <w:r>
              <w:rPr>
                <w:b/>
                <w:color w:val="0B2A5B"/>
                <w:sz w:val="17"/>
              </w:rPr>
              <w:t>Anything else Ryan should know</w:t>
            </w:r>
          </w:p>
          <w:p w14:paraId="4147E0CB" w14:textId="77777777" w:rsidR="00A5422A" w:rsidRDefault="00B3390F">
            <w:pPr>
              <w:spacing w:after="0" w:line="160" w:lineRule="exact"/>
            </w:pPr>
            <w:r>
              <w:rPr>
                <w:color w:val="A9B5C0"/>
                <w:sz w:val="14"/>
              </w:rPr>
              <w:t>________________________________________________________________________________</w:t>
            </w:r>
          </w:p>
          <w:p w14:paraId="7D879120" w14:textId="77777777" w:rsidR="00A5422A" w:rsidRDefault="00B3390F">
            <w:pPr>
              <w:spacing w:after="0" w:line="160" w:lineRule="exact"/>
            </w:pPr>
            <w:r>
              <w:rPr>
                <w:color w:val="A9B5C0"/>
                <w:sz w:val="14"/>
              </w:rPr>
              <w:t>________________________________________________________________________________</w:t>
            </w:r>
          </w:p>
          <w:p w14:paraId="54D78078" w14:textId="77777777" w:rsidR="00A5422A" w:rsidRDefault="00B3390F">
            <w:pPr>
              <w:spacing w:after="0" w:line="160" w:lineRule="exact"/>
            </w:pPr>
            <w:r>
              <w:rPr>
                <w:color w:val="A9B5C0"/>
                <w:sz w:val="14"/>
              </w:rPr>
              <w:t>________________________________________________________________________________</w:t>
            </w:r>
          </w:p>
        </w:tc>
      </w:tr>
    </w:tbl>
    <w:p w14:paraId="4174000C" w14:textId="77777777" w:rsidR="00A5422A" w:rsidRDefault="00A5422A">
      <w:pPr>
        <w:spacing w:after="0" w:line="40" w:lineRule="exact"/>
      </w:pPr>
    </w:p>
    <w:tbl>
      <w:tblPr>
        <w:tblW w:w="0" w:type="auto"/>
        <w:jc w:val="center"/>
        <w:tblLayout w:type="fixed"/>
        <w:tblLook w:val="04A0" w:firstRow="1" w:lastRow="0" w:firstColumn="1" w:lastColumn="0" w:noHBand="0" w:noVBand="1"/>
      </w:tblPr>
      <w:tblGrid>
        <w:gridCol w:w="10656"/>
      </w:tblGrid>
      <w:tr w:rsidR="00A5422A" w14:paraId="21BD5F9E" w14:textId="77777777">
        <w:trPr>
          <w:jc w:val="center"/>
        </w:trPr>
        <w:tc>
          <w:tcPr>
            <w:tcW w:w="10656" w:type="dxa"/>
            <w:tcBorders>
              <w:top w:val="single" w:sz="8" w:space="0" w:color="0B2A5B"/>
              <w:left w:val="single" w:sz="8" w:space="0" w:color="0B2A5B"/>
              <w:bottom w:val="single" w:sz="8" w:space="0" w:color="0B2A5B"/>
              <w:right w:val="single" w:sz="8" w:space="0" w:color="0B2A5B"/>
            </w:tcBorders>
            <w:shd w:val="clear" w:color="auto" w:fill="DDF3FF"/>
            <w:tcMar>
              <w:top w:w="65" w:type="dxa"/>
              <w:left w:w="120" w:type="dxa"/>
              <w:bottom w:w="65" w:type="dxa"/>
              <w:right w:w="120" w:type="dxa"/>
            </w:tcMar>
          </w:tcPr>
          <w:p w14:paraId="1A329651" w14:textId="77777777" w:rsidR="00A5422A" w:rsidRDefault="00B3390F">
            <w:pPr>
              <w:pStyle w:val="Heading1"/>
            </w:pPr>
            <w:r>
              <w:t>Parent or carer agreement</w:t>
            </w:r>
          </w:p>
        </w:tc>
      </w:tr>
    </w:tbl>
    <w:p w14:paraId="790A0118" w14:textId="77777777" w:rsidR="00A5422A" w:rsidRDefault="00A5422A">
      <w:pPr>
        <w:spacing w:after="0" w:line="40" w:lineRule="exact"/>
      </w:pPr>
    </w:p>
    <w:p w14:paraId="0FD8E79D" w14:textId="77777777" w:rsidR="00A5422A" w:rsidRDefault="00B3390F">
      <w:pPr>
        <w:spacing w:after="60"/>
      </w:pPr>
      <w:r>
        <w:t>I confirm that this information is accurate to the best of my knowledge and will share relevant changes. It may be used to plan and deliver tuition, support my child's wellbeing and administer the service.</w:t>
      </w:r>
    </w:p>
    <w:tbl>
      <w:tblPr>
        <w:tblW w:w="0" w:type="auto"/>
        <w:jc w:val="center"/>
        <w:tblLayout w:type="fixed"/>
        <w:tblLook w:val="04A0" w:firstRow="1" w:lastRow="0" w:firstColumn="1" w:lastColumn="0" w:noHBand="0" w:noVBand="1"/>
      </w:tblPr>
      <w:tblGrid>
        <w:gridCol w:w="4896"/>
        <w:gridCol w:w="3168"/>
        <w:gridCol w:w="2592"/>
      </w:tblGrid>
      <w:tr w:rsidR="00A5422A" w14:paraId="5BEE299A" w14:textId="77777777">
        <w:trPr>
          <w:cantSplit/>
          <w:jc w:val="center"/>
        </w:trPr>
        <w:tc>
          <w:tcPr>
            <w:tcW w:w="4896" w:type="dxa"/>
            <w:tcBorders>
              <w:top w:val="single" w:sz="6" w:space="0" w:color="D9D9D9"/>
              <w:left w:val="single" w:sz="6" w:space="0" w:color="D9D9D9"/>
              <w:bottom w:val="single" w:sz="6" w:space="0" w:color="D9D9D9"/>
              <w:right w:val="single" w:sz="6" w:space="0" w:color="D9D9D9"/>
            </w:tcBorders>
            <w:tcMar>
              <w:top w:w="65" w:type="dxa"/>
              <w:left w:w="95" w:type="dxa"/>
              <w:bottom w:w="65" w:type="dxa"/>
              <w:right w:w="95" w:type="dxa"/>
            </w:tcMar>
          </w:tcPr>
          <w:p w14:paraId="0F3A291C" w14:textId="77777777" w:rsidR="00A5422A" w:rsidRDefault="00B3390F">
            <w:pPr>
              <w:spacing w:after="0"/>
            </w:pPr>
            <w:r>
              <w:rPr>
                <w:b/>
                <w:color w:val="0B2A5B"/>
                <w:sz w:val="17"/>
              </w:rPr>
              <w:t>Parent or carer signature</w:t>
            </w:r>
          </w:p>
          <w:p w14:paraId="4547DE0E" w14:textId="77777777" w:rsidR="00A5422A" w:rsidRDefault="00B3390F">
            <w:pPr>
              <w:spacing w:after="0" w:line="160" w:lineRule="exact"/>
            </w:pPr>
            <w:r>
              <w:rPr>
                <w:color w:val="A9B5C0"/>
                <w:sz w:val="14"/>
              </w:rPr>
              <w:t>________________________________________________________________________________</w:t>
            </w:r>
          </w:p>
        </w:tc>
        <w:tc>
          <w:tcPr>
            <w:tcW w:w="3168" w:type="dxa"/>
            <w:tcBorders>
              <w:top w:val="single" w:sz="6" w:space="0" w:color="D9D9D9"/>
              <w:left w:val="single" w:sz="6" w:space="0" w:color="D9D9D9"/>
              <w:bottom w:val="single" w:sz="6" w:space="0" w:color="D9D9D9"/>
              <w:right w:val="single" w:sz="6" w:space="0" w:color="D9D9D9"/>
            </w:tcBorders>
            <w:tcMar>
              <w:top w:w="65" w:type="dxa"/>
              <w:left w:w="95" w:type="dxa"/>
              <w:bottom w:w="65" w:type="dxa"/>
              <w:right w:w="95" w:type="dxa"/>
            </w:tcMar>
          </w:tcPr>
          <w:p w14:paraId="711E927A" w14:textId="77777777" w:rsidR="00A5422A" w:rsidRDefault="00B3390F">
            <w:pPr>
              <w:spacing w:after="0"/>
            </w:pPr>
            <w:r>
              <w:rPr>
                <w:b/>
                <w:color w:val="0B2A5B"/>
                <w:sz w:val="17"/>
              </w:rPr>
              <w:t>Name</w:t>
            </w:r>
          </w:p>
          <w:p w14:paraId="3CE658E4" w14:textId="77777777" w:rsidR="00A5422A" w:rsidRDefault="00B3390F">
            <w:pPr>
              <w:spacing w:after="0" w:line="160" w:lineRule="exact"/>
            </w:pPr>
            <w:r>
              <w:rPr>
                <w:color w:val="A9B5C0"/>
                <w:sz w:val="14"/>
              </w:rPr>
              <w:t>________________________________________________________________________________</w:t>
            </w:r>
          </w:p>
        </w:tc>
        <w:tc>
          <w:tcPr>
            <w:tcW w:w="2592" w:type="dxa"/>
            <w:tcBorders>
              <w:top w:val="single" w:sz="6" w:space="0" w:color="D9D9D9"/>
              <w:left w:val="single" w:sz="6" w:space="0" w:color="D9D9D9"/>
              <w:bottom w:val="single" w:sz="6" w:space="0" w:color="D9D9D9"/>
              <w:right w:val="single" w:sz="6" w:space="0" w:color="D9D9D9"/>
            </w:tcBorders>
            <w:tcMar>
              <w:top w:w="65" w:type="dxa"/>
              <w:left w:w="95" w:type="dxa"/>
              <w:bottom w:w="65" w:type="dxa"/>
              <w:right w:w="95" w:type="dxa"/>
            </w:tcMar>
          </w:tcPr>
          <w:p w14:paraId="6BED055B" w14:textId="77777777" w:rsidR="00A5422A" w:rsidRDefault="00B3390F">
            <w:pPr>
              <w:spacing w:after="0"/>
            </w:pPr>
            <w:r>
              <w:rPr>
                <w:b/>
                <w:color w:val="0B2A5B"/>
                <w:sz w:val="17"/>
              </w:rPr>
              <w:t>Date</w:t>
            </w:r>
          </w:p>
          <w:p w14:paraId="7EF36ECA" w14:textId="77777777" w:rsidR="00A5422A" w:rsidRDefault="00B3390F">
            <w:pPr>
              <w:spacing w:after="0" w:line="160" w:lineRule="exact"/>
            </w:pPr>
            <w:r>
              <w:rPr>
                <w:color w:val="A9B5C0"/>
                <w:sz w:val="14"/>
              </w:rPr>
              <w:t>________________________________________________________________________________</w:t>
            </w:r>
          </w:p>
        </w:tc>
      </w:tr>
    </w:tbl>
    <w:p w14:paraId="5ABEDA47" w14:textId="77777777" w:rsidR="00A5422A" w:rsidRDefault="00A5422A">
      <w:pPr>
        <w:spacing w:after="0" w:line="60" w:lineRule="exact"/>
      </w:pPr>
    </w:p>
    <w:p w14:paraId="66C8ADC2" w14:textId="77777777" w:rsidR="00A5422A" w:rsidRDefault="00B3390F">
      <w:pPr>
        <w:jc w:val="center"/>
      </w:pPr>
      <w:r>
        <w:rPr>
          <w:b/>
          <w:color w:val="0B2A5B"/>
        </w:rPr>
        <w:t>Thank you - together we can help your child learn, grow and achieve.</w:t>
      </w:r>
    </w:p>
    <w:sectPr w:rsidR="00A5422A" w:rsidSect="00034616">
      <w:footerReference w:type="default" r:id="rId9"/>
      <w:pgSz w:w="12240" w:h="15840"/>
      <w:pgMar w:top="461" w:right="792" w:bottom="576"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B010F" w14:textId="77777777" w:rsidR="00B3390F" w:rsidRDefault="00B3390F">
      <w:pPr>
        <w:spacing w:after="0"/>
      </w:pPr>
      <w:r>
        <w:separator/>
      </w:r>
    </w:p>
  </w:endnote>
  <w:endnote w:type="continuationSeparator" w:id="0">
    <w:p w14:paraId="448AEBEA" w14:textId="77777777" w:rsidR="00B3390F" w:rsidRDefault="00B339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7F86" w14:textId="77777777" w:rsidR="00A5422A" w:rsidRDefault="00B3390F">
    <w:pPr>
      <w:pStyle w:val="Footer"/>
      <w:jc w:val="center"/>
    </w:pPr>
    <w:r>
      <w:rPr>
        <w:color w:val="5A6773"/>
        <w:sz w:val="15"/>
      </w:rPr>
      <w:t xml:space="preserve">The Learning </w:t>
    </w:r>
    <w:proofErr w:type="gramStart"/>
    <w:r>
      <w:rPr>
        <w:color w:val="5A6773"/>
        <w:sz w:val="15"/>
      </w:rPr>
      <w:t>Pack  |</w:t>
    </w:r>
    <w:proofErr w:type="gramEnd"/>
    <w:r>
      <w:rPr>
        <w:color w:val="5A6773"/>
        <w:sz w:val="15"/>
      </w:rPr>
      <w:t xml:space="preserve">  07411 </w:t>
    </w:r>
    <w:proofErr w:type="gramStart"/>
    <w:r>
      <w:rPr>
        <w:color w:val="5A6773"/>
        <w:sz w:val="15"/>
      </w:rPr>
      <w:t>231088  |</w:t>
    </w:r>
    <w:proofErr w:type="gramEnd"/>
    <w:r>
      <w:rPr>
        <w:color w:val="5A6773"/>
        <w:sz w:val="15"/>
      </w:rPr>
      <w:t xml:space="preserve">  </w:t>
    </w:r>
    <w:proofErr w:type="gramStart"/>
    <w:r>
      <w:rPr>
        <w:color w:val="5A6773"/>
        <w:sz w:val="15"/>
      </w:rPr>
      <w:t>thelearningpackcannock@gmail.com  |</w:t>
    </w:r>
    <w:proofErr w:type="gramEnd"/>
    <w:r>
      <w:rPr>
        <w:color w:val="5A6773"/>
        <w:sz w:val="15"/>
      </w:rPr>
      <w:t xml:space="preserve">  Join the pack. Love to learn.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DBAA7" w14:textId="77777777" w:rsidR="00B3390F" w:rsidRDefault="00B3390F">
      <w:pPr>
        <w:spacing w:after="0"/>
      </w:pPr>
      <w:r>
        <w:separator/>
      </w:r>
    </w:p>
  </w:footnote>
  <w:footnote w:type="continuationSeparator" w:id="0">
    <w:p w14:paraId="2990B9F3" w14:textId="77777777" w:rsidR="00B3390F" w:rsidRDefault="00B339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973124">
    <w:abstractNumId w:val="8"/>
  </w:num>
  <w:num w:numId="2" w16cid:durableId="1178542970">
    <w:abstractNumId w:val="6"/>
  </w:num>
  <w:num w:numId="3" w16cid:durableId="1981573751">
    <w:abstractNumId w:val="5"/>
  </w:num>
  <w:num w:numId="4" w16cid:durableId="716583321">
    <w:abstractNumId w:val="4"/>
  </w:num>
  <w:num w:numId="5" w16cid:durableId="790168754">
    <w:abstractNumId w:val="7"/>
  </w:num>
  <w:num w:numId="6" w16cid:durableId="678848365">
    <w:abstractNumId w:val="3"/>
  </w:num>
  <w:num w:numId="7" w16cid:durableId="684402862">
    <w:abstractNumId w:val="2"/>
  </w:num>
  <w:num w:numId="8" w16cid:durableId="922758183">
    <w:abstractNumId w:val="1"/>
  </w:num>
  <w:num w:numId="9" w16cid:durableId="105348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702E"/>
    <w:rsid w:val="00A5422A"/>
    <w:rsid w:val="00AA1D8D"/>
    <w:rsid w:val="00B131B1"/>
    <w:rsid w:val="00B3390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DCE629"/>
  <w14:defaultImageDpi w14:val="300"/>
  <w15:docId w15:val="{F8193431-6D60-4566-9B53-3698577E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color w:val="263442"/>
      <w:sz w:val="18"/>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Learning Pack Parent Learning Profile</dc:title>
  <dc:subject>Two page parent information and learning needs form</dc:subject>
  <dc:creator>Ryan Williams trading as The Learning Pack</dc:creator>
  <cp:keywords/>
  <dc:description>generated by python-docx</dc:description>
  <cp:lastModifiedBy>ryan williams</cp:lastModifiedBy>
  <cp:revision>2</cp:revision>
  <dcterms:created xsi:type="dcterms:W3CDTF">2026-09-23T10:43:00Z</dcterms:created>
  <dcterms:modified xsi:type="dcterms:W3CDTF">2026-09-23T10:43:00Z</dcterms:modified>
  <cp:category/>
</cp:coreProperties>
</file>